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השורשים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התערוכה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שלט והזמנה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המדריך בתערוכה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עץ המשפחה או מעגל האנשים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קצר, מי הכין, ומשפטי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בני משפחה, חברים ושכנים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ילד בוחר פינה אחרת שהוא אוהב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הפרטים החשובים בהזמנה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הזמנה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הפינה לבין התיאור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 את האנשים הקרובים והחשובים למשפחה)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(פריט מיוחד שיש לו סיפור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(הסבר על המשמעות והמקור של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(שיחה שמתעדת זיכרונות וסיפורים חשובים)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לומדים על המשפחה והיישוב ואוספים סיפורים וחפצים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פינה אחת להציג בתערוכה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מכינים שלט קצר וברור לכל פריט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הזמנה לאורחים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קצר, מי הכין, ומשפטי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ההזמנה, מה האירוע, מתי ואיפה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להיות מדריך שמסביר לאורחים ושואל אם יש להם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דוגמת שלט אמיתי ממוזיאון כדי להמחיש כתיבה קצרה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להתאמן בזוגות על הצגת הפינה שבחרו לפני התערוכה עצמה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משימת הכתיבה הפתוחה לפינה שכל תלמיד הכין בפועל ביחידה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השורשים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הכיתה הופכת למוזיאון קטן, שבו כל ילד מציג פינה אחת מתוך הסיפור שלו ושל היישוב.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שלט  ·  מוזיאון  ·  הזמנה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פינה בתערוכה מציגה את האנשים הקרובים למשפחה?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עץ המשפחה או מעגל האנשים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דרכון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מפת הסיור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כותבים על השלט ליד כל פריט בתערוכה?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שם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קצר, מי הכין, ומשפטי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מחיר הפריט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למי שולחים הזמנה לתערוכה?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בני משפחה, חברים ושכנים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לתלמידי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בתערוכה כל ילד חייב להציג את אותה פינה בדיוק כמו כולם.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שלט טוב הוא ברור, קצר וכתוב בכתב 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בהזמנה חייב להיות כתוב למי היא, מה האירוע, מתי ואיפה.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מקום שמציגים בו חפצים חשובים ומעניינים.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ליד כל חפץ בתערוכה שמים __________ קטן עם הסבר.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לפני התערוכה כותבים __________ לאורחים.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הפינה לבין התיאור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עץ המשפחה / מעגל האנשים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הסבר על המשמעות והמקור של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חפץ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פריט מיוחד שיש לו סיפור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השם שלי ומה הוא אומר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שיחה שמתעדת זיכרונות וסיפורים חשובים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ראיון עם אדם 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מציג את האנשים הקרובים והחשובים למשפחה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ההכנה לתערוכה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מכינים שלט קצר וברור לכל פריט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לומדים על המשפחה והיישוב ואוספים סיפורים וחפצים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הזמנה לאורחים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פינה אחת להציג בתערוכה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כותבים על שלט ליד פריט בתערוכה?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שלושה דברים שחייבים להופיע בהזמנה?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תערוכת השורשים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