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השורשים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התערוכה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שלט והזמנה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המדריך בתערוכה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עץ המשפחה או מעגל האנשים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קצר, מי הכין, ומשפטי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בני משפחה, חברים ושכנים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להיות גם מדריך ולהסביר לאורחים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להרגיש בטוחים כשמדברים עם אורחים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ילד בוחר פינה אחרת שהוא אוהב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הפרטים החשובים בהזמנה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 ילד הוא גם מדריך שמסביר ושואל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מסתיים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מוזיאון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הזמנה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פסיפס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הפינה לבין התיאור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(מציג את האנשים הקרובים והחשובים למשפחה)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(פריט מיוחד שיש לו סיפור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(הסבר על המשמעות והמקור של השם)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(שיחה שמתעדת זיכרונות וסיפורים חשובים)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(מסמך עם מידע ועובדות על המקום שבו גרים)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לומדים על המשפחה והיישוב ואוספים סיפורים וחפצים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פינה אחת להציג בתערוכה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מכינים שלט קצר וברור לכל פריט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הזמנה לאורחים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מתאמנים בזוגות להסביר על הפינה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שלט כולל שם קצר, שם הילד, והסבר ברור בשני-שלושה משפטים על הפריט וחשיבותו האישית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קצר, מי הכין, ומשפטי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ההזמנה, מה האירוע, מתי ואיפה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להיות מדריך שמסביר לאורחים ושואל אם יש להם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דוגמת שלט אמיתי ממוזיאון כדי להמחיש כתיבה קצרה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להתאמן בזוגות על הצגת הפינה שבחרו לפני התערוכה עצמה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משימת הכתיבה הפתוחה לפינה שכל תלמיד הכין בפועל ביחידה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השורשים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תערוכה שהכיתה מכינה. כל ילד מביא סיפור או חפץ ומראה אותו לאורחים.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תערוכה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של עבודות או חפצים שאנשים באים לראות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מוזיאון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שמציגים בו חפצים חשובים ומעניינים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עם הסבר קצר ליד חפץ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הזמנה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קצר שמזמין אורחים לאירוע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מדריך/ה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שמסביר לאורחים מה רואים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פסיפס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שעשויה מהרבה חלקים קטנים וצבעוניים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פינה מראה את בני המשפחה הקרובים?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המשפחה או מעגל האנשים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דרכון היישוב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 הסיור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ראיון עם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כותבים על הכרטיס ליד כל 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שם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קצר, מי הכין, ומשפטי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 הפריט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מזמינים לבוא לתערוכה?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 משפחה, חברים ושכנים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לתלמידי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כל ילד ביום התערוכה?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לשבת ולצפות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גם מדריך ולהסביר לאורחים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לנקות את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מפה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מתאמנים בזוגות לפני היום הגדול?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להתחרות מי מדריך יותר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להרגיש בטוחים כשמדברים עם אורחים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לחסוך זמן בכתיבה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לא לכתוב שלט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בתערוכה כל ילד חייב להציג את אותה פינה בדיוק כמו כולם.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טוב הוא ברור, קצר וכתוב בכתב 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בהזמנה חייב להיות כתוב למי היא, מה האירוע, מתי ואיפה.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התערוכה הילדים רק מקשיבים ולא מדברים עם האורחים.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הסיפורים השונים של הילדים יחד יוצרים פסיפס צבעוני של הכיתה.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מקום שמציגים בו חפצים חשובים ומעניינים.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ליד כל חפץ בתערוכה שמים __________ קטן עם הסבר.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התערוכה כותבים __________ לאורחים.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ביום התערוכה כל ילד הוא גם __________ שמסביר לאורחים.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הסיפורים השונים יחד יוצרים __________ צבעוני של הכיתה.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הפינה לבין התיאור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 המשפחה / מעגל האנשים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שיחה שמתעדת זיכרונות וסיפורים חשובים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חפץ עם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הסבר על המשמעות והמקור של השם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השם שלי ומה הוא אומר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מסמך עם מידע ועובדות על המקום שבו גרים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ראיון עם אדם מבוגר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פריט מיוחד שיש לו סיפור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דרכון היישוב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מציג את האנשים הקרובים והחשובים למשפחה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מתאמנים בזוגות להסביר על הפינה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הזמנה לאורחים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לומדים על המשפחה והיישוב ואוספים סיפורים וחפצים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שלט קצר וברור לכל פריט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פינה אחת להציג בתערוכה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פינה אחת מהתערוכה שהייתם רוצים להציג. כתבו שלט קצר: שם הפינה, מי הכין, ושני-שלושה משפטים שמסבירים מה רואים ולמה זה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על שלט ליד פריט בתערוכה?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דברים שחייבים להופיע בהזמנה?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הילד ביום התערוכה עצמו?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תערוכת השורשים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