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התערוכה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והזמנה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המדריך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המשפחה או מעגל האנשים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קצר, מי הכין, ומשפטי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בני משפחה, חברים ושכנים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להיות גם מדריך ולהסביר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להרגיש בטוחים כשמדברים עם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ילד בוחר פינה אחרת שהוא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הפרטים החשובים בהזמנה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ילד הוא גם מדריך שמסביר ושואל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מסתיים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הפינה לבין התיאור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 את האנשים הקרובים והחשובים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(פריט מיוחד שיש לו סיפור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(הסבר על המשמעות והמקור של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(שיחה שמתעדת זיכרונות וסיפורים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(מסמך עם מידע ועובדות על המקום שבו 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לומדים על המשפחה והיישוב ואוספים סיפורים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פינה אחת להציג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מכינים שלט קצר וברור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הזמנה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בזוגות להסביר על הפינה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 כולל שם קצר, שם הילד, והסבר ברור בשני-שלושה משפטים על הפריט וחשיבותו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קצר, מי הכין, ומשפטי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ההזמנה, מה האירוע, מתי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להיות מדריך שמסביר לאורחים ושואל אם יש להם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שלט אמיתי ממוזיאון כדי להמחיש 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להתאמן בזוגות על הצגת הפינה שבחרו לפני התערוכה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משימת הכתיבה הפתוחה לפינה שכל תלמיד הכין בפועל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הכיתה הופכת למוזיאון קטן, שבו כל ילד מציג פינה אחת מתוך הסיפור שלו ושל היישוב.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פינה בתערוכה מציגה את האנשים הקרובים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המשפחה או מעגל האנשים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דרכון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על השלט ליד כל פריט בתערוכה?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קצר, מי הכין, ומשפטי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שולחים הזמנה לתערוכה?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משפחה, חברים ושכנים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לתלמידי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כל ילד ביום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ולצפות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גם מדריך ולהסביר לאורחים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מפה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כדאי להתאמן בזוגות לפני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להתחרות מי מדריך יותר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להרגיש בטוחים כשמדברים עם 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זמן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לכתוב שלט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בתערוכה כל ילד חייב להציג את אותה פינה בדיוק כמו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טוב הוא ברור, קצר וכתוב בכתב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חייב להיות כתוב למי היא, מה האירוע, מתי ואיפה.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התערוכה הילדים רק מקשיבים ולא מדברים עם האורחים.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הסיפורים השונים של הילדים יחד יוצרים פסיפס צבעוני של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מקום שמציגים בו חפצים חשובים ומעניינים.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כל חפץ בתערוכה שמים __________ קטן עם הסבר.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התערוכה כותבים __________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התערוכה כל ילד הוא גם __________ שמסביר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הסיפורים השונים יחד יוצרים __________ צבעוני של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הפינה לבין התיאור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המשפחה / מעגל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על המשמעות והמקור של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עם מידע ועובדות על המקום שבו 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השם שלי ומה הוא אומר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 את האנשים הקרובים והחשובים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עם אדם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פריט מיוחד שיש לו סיפור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דרכון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שמתעדת זיכרונות וסיפורים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הזמנה לאורחים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על המשפחה והיישוב ואוספים סיפורים וחפצים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בזוגות להסביר על הפינה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פינה אחת להציג בתערוכה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שלט קצר וברור לכל פריט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פינה אחת מהתערוכה שהייתם רוצים להציג. כתבו שלט קצר: שם הפינה, מי הכין, ושני-שלושה משפטים שמסבירים מה רואים ולמה 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על שלט ליד פריט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שחייבים להופיע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הילד ביום התערוכה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השורשים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